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בקשת הגשם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מועד בקשת הגשם ואת הרקע ההיסטורי לכך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המילים טל ומטר ובין יורה ומלקוש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של הכרת תודה ואחריות על שמירת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טיפות קטנות של בוקר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הגשם מזין את הטבע ואת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טל הוא טיפות קטנות של בוקר, מטר הוא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(טיפות קטנות של 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(הגשם הראשון בעונה)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(אנשים שהלכו ברגל לירושלים לחג)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בלשון תודה, יזכיר שהגשם נותן מים לאדמה ולעצים, ויוסיף משפט על שמירה על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טל – טיפות קטנות של בוקר, מטר –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סבירה כמו סגירת ברז, תיקון טפטוף וכו׳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בהשמעת המשפט ותן טל ומטר ולבקש מהתלמידים לנחש את 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שיחה קצרה על חשיבות שמירת המים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לכיתות הצעירות או לתלמידים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בקשת הגשם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בתחנה הזו לומדים מתי ומדוע מתחילים לבקש גשם בתפילה, מה ההבדל בין טל למטר, ומה הקשר בין הגשם לערכים של תודה ואחריות.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טל  ·  חשוון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חודש מתחילים לבקש גשם בתפילה?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המילה טל?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גשם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טיפות קטנות של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הגשם נותן מים לאדמה, לעצים ולבני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טל ומטר הם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בחודש __________ מתחילים לבקש גשם בתפילה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הן טיפות קטנות של הבוקר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טיפות קטנות של 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אנשים שהלכו ברגל לירושלים לחג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עולי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הגשם הראשון בעונה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תודה קצר לגשם – הסבירו מה הוא נותן לנו ולמה חשוב לשמור על כל טיפה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חודש מתחילים לבקש 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טל למטר?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ותן טל ומטר – בקשת הגשם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