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מועד בקשת הגשם ואת הרקע ההיסטורי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המילים טל ומטר ובין יורה ומלקוש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של הכרת תודה ואחריות על שמירת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טיפות קטנות של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שעולי הרגל יספיקו לחזור הביתה לפני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הגשם הראשון בעונה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הגשם האחרון בעונה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ותן טל ומטר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הגשם מזין את הטבע ואת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פעם הלכו ברגל לירושלים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טל הוא טיפות קטנות של בוקר, מטר הוא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ברז מטפטף מבזבז מים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יורה הוא הגשם הראשון, מלקוש הוא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(טיפות קטנות של 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(הגשם הראשון בעונה)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(הגשם האחרון בעונה)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(אנשים שהלכו ברגל לירושלים לחג)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הגשם נותן מים לאדמה, לעצים ולבני אדם, ולכן חשוב להגיד תודה עליו ולשמור על כל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בלשון תודה, יזכיר שהגשם נותן מים לאדמה ולעצים, ויוסיף משפט על שמירה על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– טיפות קטנות של בוקר, מטר –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סבירה כמו סגירת ברז, תיקון טפטוף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המשפט ותן טל ומטר ולבקש מהתלמידים לנחש 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חשיבות שמירת המים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לכיתות הצעירות או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מתי מבקשים גשם, מה זה טל ומה זה מטר, ולמה חשוב להגיד תודה ולשמור על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קטנות שנוצרות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שבו מתחילים לבקש גשם בתפילה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שהלכו ברגל לירושלים לחג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שמודים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ולשמור על משהו חשוב, כמו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מתחילים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טיפות קטנות של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חיכו עד חשוון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שעולי הרגל יספיקו לחזור הביתה לפני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יש הכי הרבה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חודש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לבקש גשם לפני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יורה?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מלקוש?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קיצי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הגשם 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אומרים בתפילה על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ותן טל 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 הגשם מהשמיים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ברוך אתה השם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נותן מים לאדמה, לעצים ולבני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 אנשים נסעו ברכב לירושלים לחג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 ומטר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הדרכים לשמור על מים היא לבדוק אם יש ברז מטפטף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הוא הגשם האחרון בעונה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__________ מתחילים לבקש 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הן טיפות קטנות של הבוקר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פעם אנשים הלכו ברגל ל__________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הגשם הראשון בעונה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הגשם האחרון בעונה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הגשם האחרון בעונה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טיפות קטנות של 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שהלכו ברגל לירושלים לחג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הגשם הראשון בעונה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להודות על הגשם? כתבו בשתי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תודה קצר לגשם – הסבירו מה הוא נותן לנו ולמה חשוב לשמור על כל טיפה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חודש מתחילים לבקש 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טל למטר?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לשמור על מים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