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ותן טל ומטר – בקשת הגשם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מועד בקשת הגשם ואת הרקע ההיסטורי לכך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המילים טל ומטר ובין יורה ומלקוש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של הכרת תודה ואחריות על שמירת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טיפות קטנות של 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כדי שעולי הרגל יספיקו לחזור הביתה לפני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הגשם הראשון בעונה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הגשם האחרון בעונה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ותן טל ומטר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הגשם מזין את הטבע ואת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פעם הלכו ברגל לירושלים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טל הוא טיפות קטנות של בוקר, מטר הוא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ברז מטפטף מבזבז מים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יורה הוא הגשם הראשון, מלקוש הוא האחרון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מלקוש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(טיפות קטנות של 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(הגשם הראשון בעונה)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(הגשם האחרון בעונה)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(אנשים שהלכו ברגל לירושלים לחג)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הגשם נותן מים לאדמה, לעצים ולבני אדם, ולכן חשוב להגיד תודה עליו ולשמור על כל טיפה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בלשון תודה, יזכיר שהגשם נותן מים לאדמה ולעצים, ויוסיף משפט על שמירה על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טל – טיפות קטנות של בוקר, מטר –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סבירה כמו סגירת ברז, תיקון טפטוף וכו׳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בהשמעת המשפט ותן טל ומטר ולבקש מהתלמידים לנחש את 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שיחה קצרה על חשיבות שמירת המים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לכיתות הצעירות או לתלמידים המתקשים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ותן טל ומטר – בקשת הגשם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בתחנה הזו לומדים מתי ומדוע מתחילים לבקש גשם בתפילה, מה ההבדל בין טל למטר, ומה הקשר בין הגשם לערכים של תודה ואחריות.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חודש מתחילים לבקש גשם בתפילה?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המילה טל?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טיפות קטנות של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חיכו עם בקשת הגשם עד חשוון?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שעולי הרגל יספיקו לחזור הביתה לפני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אז יש הכי הרבה 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חודש של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אסור לבקש גשם לפני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יורה?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הגשם הראשון בעונה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הגשם האחרון בעונה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מלקוש?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הגשם הראשון בעונה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גשם קיצי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הגשם האחרון בעונה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משפט אומרים בתפילה בבקשת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ותן טל ומטר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משיב 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מוריד הגשם מהשמיים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ברוך אתה השם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נותן מים לאדמה, לעצים ולבני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פעם אנשים נסעו ברכב לירושלים לחג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 ומטר הם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הדרכים לשמור על מים היא לבדוק אם יש ברז מטפטף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יורה הוא הגשם האחרון בעונה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בחודש __________ מתחילים לבקש גשם בתפילה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הן טיפות קטנות של הבוקר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פעם אנשים הלכו ברגל ל__________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הגשם הראשון בעונה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הגשם האחרון בעונה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הגשם הראשון בעונה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הגשם האחרון בעונה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מלקוש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אנשים שהלכו ברגל לירושלים לחג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עולי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טיפות קטנות של בוקר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להודות על הגשם? כתבו בשתי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תודה קצר לגשם – הסבירו מה הוא נותן לנו ולמה חשוב לשמור על כל טיפה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חודש מתחילים לבקש 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טל למטר?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דרך אחת לשמור על מים בבית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ותן טל ומטר – בקשת הגשם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